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6E16E" w14:textId="73649E49" w:rsidR="00934817" w:rsidRPr="0065169E" w:rsidRDefault="00000000">
      <w:pPr>
        <w:spacing w:after="20"/>
        <w:jc w:val="center"/>
        <w:rPr>
          <w:rFonts w:ascii="Times New Roman" w:hAnsi="Times New Roman" w:cs="Times New Roman"/>
          <w:sz w:val="22"/>
        </w:rPr>
      </w:pPr>
      <w:r w:rsidRPr="0065169E">
        <w:rPr>
          <w:rFonts w:ascii="Times New Roman" w:hAnsi="Times New Roman" w:cs="Times New Roman"/>
          <w:b/>
          <w:sz w:val="22"/>
        </w:rPr>
        <w:t xml:space="preserve">ATILIM ÜNİVERSİTESİ </w:t>
      </w:r>
      <w:r w:rsidR="00E86A57">
        <w:rPr>
          <w:rFonts w:ascii="Times New Roman" w:hAnsi="Times New Roman" w:cs="Times New Roman"/>
          <w:b/>
          <w:sz w:val="22"/>
        </w:rPr>
        <w:t>YAZILIM</w:t>
      </w:r>
      <w:r w:rsidRPr="0065169E">
        <w:rPr>
          <w:rFonts w:ascii="Times New Roman" w:hAnsi="Times New Roman" w:cs="Times New Roman"/>
          <w:b/>
          <w:sz w:val="22"/>
        </w:rPr>
        <w:t xml:space="preserve"> MÜHENDİSLİĞİ BÖLÜMÜ</w:t>
      </w:r>
    </w:p>
    <w:p w14:paraId="7962F234" w14:textId="77777777" w:rsidR="00934817" w:rsidRPr="0065169E" w:rsidRDefault="00000000">
      <w:pPr>
        <w:spacing w:after="40"/>
        <w:jc w:val="center"/>
        <w:rPr>
          <w:rFonts w:ascii="Times New Roman" w:hAnsi="Times New Roman" w:cs="Times New Roman"/>
          <w:sz w:val="22"/>
        </w:rPr>
      </w:pPr>
      <w:r w:rsidRPr="0065169E">
        <w:rPr>
          <w:rFonts w:ascii="Times New Roman" w:hAnsi="Times New Roman" w:cs="Times New Roman"/>
          <w:b/>
          <w:sz w:val="22"/>
        </w:rPr>
        <w:t>KURUMLAR İÇİN KARİYER BELİRLEME ANKETİ</w:t>
      </w:r>
    </w:p>
    <w:p w14:paraId="63F2AC66" w14:textId="77777777" w:rsidR="00934817" w:rsidRPr="0065169E" w:rsidRDefault="00000000">
      <w:pPr>
        <w:spacing w:after="60"/>
        <w:jc w:val="center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  <w:color w:val="595959"/>
          <w:sz w:val="17"/>
        </w:rPr>
        <w:t>Bu anket 16 sorudan oluşmaktadır. Lütfen soruları kurumunuzun mevcut durumu ve görüşleri doğrultusunda yanıtlayınız.</w:t>
      </w:r>
    </w:p>
    <w:p w14:paraId="6FCCBA77" w14:textId="77777777" w:rsidR="00934817" w:rsidRPr="0065169E" w:rsidRDefault="00000000">
      <w:pPr>
        <w:pStyle w:val="Ques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1. Kurumunuzun adı: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2"/>
      </w:tblGrid>
      <w:tr w:rsidR="00934817" w:rsidRPr="0065169E" w14:paraId="39DF9797" w14:textId="77777777">
        <w:tc>
          <w:tcPr>
            <w:tcW w:w="10652" w:type="dxa"/>
            <w:tcBorders>
              <w:top w:val="nil"/>
              <w:left w:val="nil"/>
              <w:bottom w:val="single" w:sz="6" w:space="0" w:color="B7B7B7"/>
              <w:right w:val="nil"/>
            </w:tcBorders>
          </w:tcPr>
          <w:p w14:paraId="1C1A5946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1C7486E" w14:textId="77777777" w:rsidR="00934817" w:rsidRPr="0065169E" w:rsidRDefault="00000000">
      <w:pPr>
        <w:pStyle w:val="Ques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2. Kurumunuzun faaliyet alanı aşağıdaki kategorilerden hangisine/hangilerine girmektedir?</w:t>
      </w:r>
    </w:p>
    <w:p w14:paraId="6532963A" w14:textId="77777777" w:rsidR="00934817" w:rsidRPr="0065169E" w:rsidRDefault="00000000">
      <w:pPr>
        <w:pStyle w:val="Instruc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Uygun olan tüm seçenekleri işaretleyiniz.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51"/>
        <w:gridCol w:w="3551"/>
        <w:gridCol w:w="3551"/>
      </w:tblGrid>
      <w:tr w:rsidR="00934817" w:rsidRPr="0065169E" w14:paraId="581CC05A" w14:textId="77777777">
        <w:trPr>
          <w:cantSplit/>
          <w:jc w:val="center"/>
        </w:trPr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A08FC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Bilişim firması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78430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Üniversite / akademik kurum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FAB5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Diğer: __________________________</w:t>
            </w:r>
          </w:p>
        </w:tc>
      </w:tr>
    </w:tbl>
    <w:p w14:paraId="620C2B4A" w14:textId="11F8F16E" w:rsidR="00934817" w:rsidRPr="0065169E" w:rsidRDefault="00000000">
      <w:pPr>
        <w:pStyle w:val="Ques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 xml:space="preserve">3. Kurumunuzda Atılım Üniversitesi </w:t>
      </w:r>
      <w:proofErr w:type="spellStart"/>
      <w:r w:rsidR="005F26D5">
        <w:rPr>
          <w:rFonts w:ascii="Times New Roman" w:hAnsi="Times New Roman" w:cs="Times New Roman"/>
        </w:rPr>
        <w:t>Yazılım</w:t>
      </w:r>
      <w:proofErr w:type="spellEnd"/>
      <w:r w:rsidR="005F26D5"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Mühendisliği</w:t>
      </w:r>
      <w:proofErr w:type="spellEnd"/>
      <w:r w:rsidRPr="0065169E">
        <w:rPr>
          <w:rFonts w:ascii="Times New Roman" w:hAnsi="Times New Roman" w:cs="Times New Roman"/>
        </w:rPr>
        <w:t xml:space="preserve"> Bölümü mezunları çalışmakta mıdır?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w:rsidR="00934817" w:rsidRPr="0065169E" w14:paraId="42827C71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939F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Evet — Mezun sayısı: ________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CF728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Hayır — Lütfen 6. soruya geçiniz.</w:t>
            </w:r>
          </w:p>
        </w:tc>
      </w:tr>
    </w:tbl>
    <w:p w14:paraId="22ECDCC2" w14:textId="7E33B071" w:rsidR="00934817" w:rsidRPr="0065169E" w:rsidRDefault="00000000">
      <w:pPr>
        <w:pStyle w:val="Ques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 xml:space="preserve">4. Kurumunuzda </w:t>
      </w:r>
      <w:proofErr w:type="spellStart"/>
      <w:r w:rsidRPr="0065169E">
        <w:rPr>
          <w:rFonts w:ascii="Times New Roman" w:hAnsi="Times New Roman" w:cs="Times New Roman"/>
        </w:rPr>
        <w:t>çalışan</w:t>
      </w:r>
      <w:proofErr w:type="spellEnd"/>
      <w:r w:rsidRPr="0065169E">
        <w:rPr>
          <w:rFonts w:ascii="Times New Roman" w:hAnsi="Times New Roman" w:cs="Times New Roman"/>
        </w:rPr>
        <w:t xml:space="preserve"> Atılım </w:t>
      </w:r>
      <w:proofErr w:type="spellStart"/>
      <w:r w:rsidRPr="0065169E">
        <w:rPr>
          <w:rFonts w:ascii="Times New Roman" w:hAnsi="Times New Roman" w:cs="Times New Roman"/>
        </w:rPr>
        <w:t>Üniversitesi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="005F26D5">
        <w:rPr>
          <w:rFonts w:ascii="Times New Roman" w:hAnsi="Times New Roman" w:cs="Times New Roman"/>
        </w:rPr>
        <w:t>Yazılım</w:t>
      </w:r>
      <w:proofErr w:type="spellEnd"/>
      <w:r w:rsidR="005F26D5"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Mühendisliği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mezunları</w:t>
      </w:r>
      <w:proofErr w:type="spellEnd"/>
      <w:r w:rsidRPr="0065169E">
        <w:rPr>
          <w:rFonts w:ascii="Times New Roman" w:hAnsi="Times New Roman" w:cs="Times New Roman"/>
        </w:rPr>
        <w:t xml:space="preserve"> hangi görev alanlarında çalışmaktadır?</w:t>
      </w:r>
    </w:p>
    <w:p w14:paraId="73DDD2EB" w14:textId="77777777" w:rsidR="00934817" w:rsidRPr="0065169E" w:rsidRDefault="00000000">
      <w:pPr>
        <w:pStyle w:val="Instruc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Uygun olan tüm seçenekleri işaretleyiniz.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w:rsidR="00934817" w:rsidRPr="0065169E" w14:paraId="13D3EE54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17669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Donanım Mühendisi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8697F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Sistem Analisti</w:t>
            </w:r>
          </w:p>
        </w:tc>
      </w:tr>
      <w:tr w:rsidR="00934817" w:rsidRPr="0065169E" w14:paraId="19BF9BC7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AC10A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Ağ (Network) Mühendisi / Yöneticisi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C8322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Sistem Mühendisi / Yöneticisi</w:t>
            </w:r>
          </w:p>
        </w:tc>
      </w:tr>
      <w:tr w:rsidR="00934817" w:rsidRPr="0065169E" w14:paraId="0B69E3D9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7CE66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Web Yazılım Geliştiricisi / Uzmanı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6063C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Yazılım Uzmanı</w:t>
            </w:r>
          </w:p>
        </w:tc>
      </w:tr>
      <w:tr w:rsidR="00934817" w:rsidRPr="0065169E" w14:paraId="5D8E647C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AA36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Veri Tabanı Uzmanı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CC42B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Yazılım / Donanım Tedarikçisi</w:t>
            </w:r>
          </w:p>
        </w:tc>
      </w:tr>
      <w:tr w:rsidR="00934817" w:rsidRPr="0065169E" w14:paraId="707B1FE8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1D219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Diğer: ____________________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5D5E2" w14:textId="77777777" w:rsidR="00934817" w:rsidRPr="0065169E" w:rsidRDefault="0093481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3E83FB32" w14:textId="77777777" w:rsidR="00934817" w:rsidRPr="0065169E" w:rsidRDefault="00000000">
      <w:pPr>
        <w:pStyle w:val="Ques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5. Kurumunuzda çalışan mezunlarımızın görev düzeyleri aşağıdaki seçeneklerden hangisine/hangilerine uymaktadır?</w:t>
      </w:r>
    </w:p>
    <w:p w14:paraId="68488700" w14:textId="77777777" w:rsidR="00934817" w:rsidRPr="0065169E" w:rsidRDefault="00000000">
      <w:pPr>
        <w:pStyle w:val="Instruc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Uygun olan tüm seçenekleri işaretleyiniz.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w:rsidR="00934817" w:rsidRPr="0065169E" w14:paraId="5AE3A69E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0309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Ekip üyesi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149AA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Ekip yöneticisi</w:t>
            </w:r>
          </w:p>
        </w:tc>
      </w:tr>
      <w:tr w:rsidR="00934817" w:rsidRPr="0065169E" w14:paraId="39D5D38F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ED83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Proje yöneticisi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3B865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Birim yöneticisi</w:t>
            </w:r>
          </w:p>
        </w:tc>
      </w:tr>
      <w:tr w:rsidR="00934817" w:rsidRPr="0065169E" w14:paraId="669C8F9E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1D8C2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Firma yöneticisi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57314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Diğer: ____________________</w:t>
            </w:r>
          </w:p>
        </w:tc>
      </w:tr>
    </w:tbl>
    <w:p w14:paraId="1F3E99EF" w14:textId="21290F36" w:rsidR="00934817" w:rsidRPr="0065169E" w:rsidRDefault="00000000">
      <w:pPr>
        <w:pStyle w:val="Ques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 xml:space="preserve">6. </w:t>
      </w:r>
      <w:proofErr w:type="spellStart"/>
      <w:r w:rsidRPr="0065169E">
        <w:rPr>
          <w:rFonts w:ascii="Times New Roman" w:hAnsi="Times New Roman" w:cs="Times New Roman"/>
        </w:rPr>
        <w:t>Sizce</w:t>
      </w:r>
      <w:proofErr w:type="spellEnd"/>
      <w:r w:rsidRPr="0065169E">
        <w:rPr>
          <w:rFonts w:ascii="Times New Roman" w:hAnsi="Times New Roman" w:cs="Times New Roman"/>
        </w:rPr>
        <w:t xml:space="preserve"> Atılım </w:t>
      </w:r>
      <w:proofErr w:type="spellStart"/>
      <w:r w:rsidRPr="0065169E">
        <w:rPr>
          <w:rFonts w:ascii="Times New Roman" w:hAnsi="Times New Roman" w:cs="Times New Roman"/>
        </w:rPr>
        <w:t>Üniversitesi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="005F26D5">
        <w:rPr>
          <w:rFonts w:ascii="Times New Roman" w:hAnsi="Times New Roman" w:cs="Times New Roman"/>
        </w:rPr>
        <w:t>Yazılım</w:t>
      </w:r>
      <w:proofErr w:type="spellEnd"/>
      <w:r w:rsidR="005F26D5"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Mühendisliği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mezunlarının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mezuniyetten</w:t>
      </w:r>
      <w:proofErr w:type="spellEnd"/>
      <w:r w:rsidRPr="0065169E">
        <w:rPr>
          <w:rFonts w:ascii="Times New Roman" w:hAnsi="Times New Roman" w:cs="Times New Roman"/>
        </w:rPr>
        <w:t xml:space="preserve"> sonraki ilk 5 yıl içinde ulaşmaları beklenen kariyer düzeyi ne olmalıdır?</w:t>
      </w:r>
    </w:p>
    <w:p w14:paraId="3FA43121" w14:textId="77777777" w:rsidR="00934817" w:rsidRPr="0065169E" w:rsidRDefault="00000000">
      <w:pPr>
        <w:pStyle w:val="Instruc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Uygun olan tüm seçenekleri işaretleyiniz.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w:rsidR="00934817" w:rsidRPr="0065169E" w14:paraId="57688295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D8786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Ekip üyesi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4CC90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Ekip yöneticisi</w:t>
            </w:r>
          </w:p>
        </w:tc>
      </w:tr>
      <w:tr w:rsidR="00934817" w:rsidRPr="0065169E" w14:paraId="1C2FC1E3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678E6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Proje yöneticisi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90989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Birim yöneticisi</w:t>
            </w:r>
          </w:p>
        </w:tc>
      </w:tr>
      <w:tr w:rsidR="00934817" w:rsidRPr="0065169E" w14:paraId="5EA1D07E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DD157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Firma yöneticisi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4F96E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Diğer: ____________________</w:t>
            </w:r>
          </w:p>
        </w:tc>
      </w:tr>
    </w:tbl>
    <w:p w14:paraId="00C86252" w14:textId="1E1E11D6" w:rsidR="00934817" w:rsidRPr="0065169E" w:rsidRDefault="00000000">
      <w:pPr>
        <w:pStyle w:val="Ques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 xml:space="preserve">7. </w:t>
      </w:r>
      <w:proofErr w:type="spellStart"/>
      <w:r w:rsidRPr="0065169E">
        <w:rPr>
          <w:rFonts w:ascii="Times New Roman" w:hAnsi="Times New Roman" w:cs="Times New Roman"/>
        </w:rPr>
        <w:t>Sizce</w:t>
      </w:r>
      <w:proofErr w:type="spellEnd"/>
      <w:r w:rsidRPr="0065169E">
        <w:rPr>
          <w:rFonts w:ascii="Times New Roman" w:hAnsi="Times New Roman" w:cs="Times New Roman"/>
        </w:rPr>
        <w:t xml:space="preserve"> Atılım </w:t>
      </w:r>
      <w:proofErr w:type="spellStart"/>
      <w:r w:rsidRPr="0065169E">
        <w:rPr>
          <w:rFonts w:ascii="Times New Roman" w:hAnsi="Times New Roman" w:cs="Times New Roman"/>
        </w:rPr>
        <w:t>Üniversitesi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="005F26D5">
        <w:rPr>
          <w:rFonts w:ascii="Times New Roman" w:hAnsi="Times New Roman" w:cs="Times New Roman"/>
        </w:rPr>
        <w:t>Yazılım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Mühendisliği</w:t>
      </w:r>
      <w:proofErr w:type="spellEnd"/>
      <w:r w:rsidRPr="0065169E">
        <w:rPr>
          <w:rFonts w:ascii="Times New Roman" w:hAnsi="Times New Roman" w:cs="Times New Roman"/>
        </w:rPr>
        <w:t xml:space="preserve"> </w:t>
      </w:r>
      <w:proofErr w:type="spellStart"/>
      <w:r w:rsidRPr="0065169E">
        <w:rPr>
          <w:rFonts w:ascii="Times New Roman" w:hAnsi="Times New Roman" w:cs="Times New Roman"/>
        </w:rPr>
        <w:t>Bölümü</w:t>
      </w:r>
      <w:proofErr w:type="spellEnd"/>
      <w:r w:rsidRPr="0065169E">
        <w:rPr>
          <w:rFonts w:ascii="Times New Roman" w:hAnsi="Times New Roman" w:cs="Times New Roman"/>
        </w:rPr>
        <w:t xml:space="preserve">, </w:t>
      </w:r>
      <w:proofErr w:type="spellStart"/>
      <w:r w:rsidRPr="0065169E">
        <w:rPr>
          <w:rFonts w:ascii="Times New Roman" w:hAnsi="Times New Roman" w:cs="Times New Roman"/>
        </w:rPr>
        <w:t>aşağıdaki</w:t>
      </w:r>
      <w:proofErr w:type="spellEnd"/>
      <w:r w:rsidRPr="0065169E">
        <w:rPr>
          <w:rFonts w:ascii="Times New Roman" w:hAnsi="Times New Roman" w:cs="Times New Roman"/>
        </w:rPr>
        <w:t xml:space="preserve"> alanlardan hangilerinde çalışabilecek mühendisler yetiştirmelidir?</w:t>
      </w:r>
    </w:p>
    <w:p w14:paraId="22709086" w14:textId="77777777" w:rsidR="00934817" w:rsidRPr="0065169E" w:rsidRDefault="00000000">
      <w:pPr>
        <w:pStyle w:val="Instruction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</w:rPr>
        <w:t>Uygun olan tüm seçenekleri işaretleyiniz.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6"/>
        <w:gridCol w:w="5326"/>
      </w:tblGrid>
      <w:tr w:rsidR="00934817" w:rsidRPr="0065169E" w14:paraId="2E7E59DE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52904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Donanım Mühendisi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3569B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Sistem Analisti</w:t>
            </w:r>
          </w:p>
        </w:tc>
      </w:tr>
      <w:tr w:rsidR="00934817" w:rsidRPr="0065169E" w14:paraId="1C659F03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A604E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Ağ (Network) Mühendisi / Yöneticisi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D7532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Sistem Mühendisi / Yöneticisi</w:t>
            </w:r>
          </w:p>
        </w:tc>
      </w:tr>
      <w:tr w:rsidR="00934817" w:rsidRPr="0065169E" w14:paraId="66F3AAD9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1F124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Web Yazılım Geliştiricisi / Uzmanı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C92AC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Yazılım Uzmanı</w:t>
            </w:r>
          </w:p>
        </w:tc>
      </w:tr>
      <w:tr w:rsidR="00934817" w:rsidRPr="0065169E" w14:paraId="7B94E1E9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E2E62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Veri Tabanı Uzmanı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6407D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Yazılım / Donanım Tedarikçisi</w:t>
            </w:r>
          </w:p>
        </w:tc>
      </w:tr>
      <w:tr w:rsidR="00934817" w:rsidRPr="0065169E" w14:paraId="77D337FC" w14:textId="77777777">
        <w:trPr>
          <w:cantSplit/>
          <w:jc w:val="center"/>
        </w:trPr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B9412" w14:textId="77777777" w:rsidR="00934817" w:rsidRPr="0065169E" w:rsidRDefault="00000000" w:rsidP="0065169E">
            <w:pPr>
              <w:spacing w:after="120"/>
              <w:rPr>
                <w:rFonts w:ascii="Times New Roman" w:hAnsi="Times New Roman" w:cs="Times New Roman"/>
              </w:rPr>
            </w:pPr>
            <w:r w:rsidRPr="0065169E">
              <w:rPr>
                <w:rFonts w:ascii="Segoe UI Symbol" w:hAnsi="Segoe UI Symbol" w:cs="Segoe UI Symbol"/>
                <w:sz w:val="17"/>
              </w:rPr>
              <w:t>☐</w:t>
            </w:r>
            <w:r w:rsidRPr="0065169E">
              <w:rPr>
                <w:rFonts w:ascii="Times New Roman" w:hAnsi="Times New Roman" w:cs="Times New Roman"/>
                <w:sz w:val="17"/>
              </w:rPr>
              <w:t xml:space="preserve">  Diğer: ____________________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C23B8" w14:textId="77777777" w:rsidR="00934817" w:rsidRPr="0065169E" w:rsidRDefault="0093481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30EDCB9" w14:textId="3F2504BD" w:rsidR="00934817" w:rsidRPr="0065169E" w:rsidRDefault="0065169E" w:rsidP="0065169E">
      <w:pPr>
        <w:spacing w:after="80"/>
        <w:jc w:val="center"/>
        <w:rPr>
          <w:rFonts w:ascii="Times New Roman" w:hAnsi="Times New Roman" w:cs="Times New Roman"/>
          <w:b/>
          <w:sz w:val="22"/>
        </w:rPr>
      </w:pPr>
      <w:r w:rsidRPr="0065169E">
        <w:rPr>
          <w:rFonts w:ascii="Times New Roman" w:hAnsi="Times New Roman" w:cs="Times New Roman"/>
          <w:b/>
          <w:sz w:val="22"/>
        </w:rPr>
        <w:t xml:space="preserve">KURUMUNUZDA ÇALIŞAN ATILIM ÜNİVERSİTESİ </w:t>
      </w:r>
      <w:r w:rsidR="00E86A57">
        <w:rPr>
          <w:rFonts w:ascii="Times New Roman" w:hAnsi="Times New Roman" w:cs="Times New Roman"/>
          <w:b/>
          <w:sz w:val="22"/>
        </w:rPr>
        <w:t>YAZILIM</w:t>
      </w:r>
      <w:r w:rsidRPr="0065169E">
        <w:rPr>
          <w:rFonts w:ascii="Times New Roman" w:hAnsi="Times New Roman" w:cs="Times New Roman"/>
          <w:b/>
          <w:sz w:val="22"/>
        </w:rPr>
        <w:t xml:space="preserve"> MÜHENDİSLİĞİ MEZUNLARININ DEĞERLENDİRİLMESİ</w:t>
      </w:r>
    </w:p>
    <w:p w14:paraId="3C366CEA" w14:textId="7EF1CC68" w:rsidR="00934817" w:rsidRPr="0065169E" w:rsidRDefault="00000000">
      <w:pPr>
        <w:spacing w:after="60"/>
        <w:rPr>
          <w:rFonts w:ascii="Times New Roman" w:hAnsi="Times New Roman" w:cs="Times New Roman"/>
        </w:rPr>
      </w:pPr>
      <w:proofErr w:type="spellStart"/>
      <w:r w:rsidRPr="0065169E">
        <w:rPr>
          <w:rFonts w:ascii="Times New Roman" w:hAnsi="Times New Roman" w:cs="Times New Roman"/>
          <w:b/>
          <w:color w:val="C0504D"/>
          <w:sz w:val="17"/>
        </w:rPr>
        <w:t>Kurumunuzda</w:t>
      </w:r>
      <w:proofErr w:type="spellEnd"/>
      <w:r w:rsidRPr="0065169E">
        <w:rPr>
          <w:rFonts w:ascii="Times New Roman" w:hAnsi="Times New Roman" w:cs="Times New Roman"/>
          <w:b/>
          <w:color w:val="C0504D"/>
          <w:sz w:val="17"/>
        </w:rPr>
        <w:t xml:space="preserve"> Atılım </w:t>
      </w:r>
      <w:proofErr w:type="spellStart"/>
      <w:r w:rsidRPr="0065169E">
        <w:rPr>
          <w:rFonts w:ascii="Times New Roman" w:hAnsi="Times New Roman" w:cs="Times New Roman"/>
          <w:b/>
          <w:color w:val="C0504D"/>
          <w:sz w:val="17"/>
        </w:rPr>
        <w:t>Üniversitesi</w:t>
      </w:r>
      <w:proofErr w:type="spellEnd"/>
      <w:r w:rsidRPr="0065169E">
        <w:rPr>
          <w:rFonts w:ascii="Times New Roman" w:hAnsi="Times New Roman" w:cs="Times New Roman"/>
          <w:b/>
          <w:color w:val="C0504D"/>
          <w:sz w:val="17"/>
        </w:rPr>
        <w:t xml:space="preserve"> </w:t>
      </w:r>
      <w:proofErr w:type="spellStart"/>
      <w:r w:rsidR="00E86A57">
        <w:rPr>
          <w:rFonts w:ascii="Times New Roman" w:hAnsi="Times New Roman" w:cs="Times New Roman"/>
          <w:b/>
          <w:color w:val="C0504D"/>
          <w:sz w:val="17"/>
        </w:rPr>
        <w:t>Yazılım</w:t>
      </w:r>
      <w:proofErr w:type="spellEnd"/>
      <w:r w:rsidRPr="0065169E">
        <w:rPr>
          <w:rFonts w:ascii="Times New Roman" w:hAnsi="Times New Roman" w:cs="Times New Roman"/>
          <w:b/>
          <w:color w:val="C0504D"/>
          <w:sz w:val="17"/>
        </w:rPr>
        <w:t xml:space="preserve"> </w:t>
      </w:r>
      <w:proofErr w:type="spellStart"/>
      <w:r w:rsidRPr="0065169E">
        <w:rPr>
          <w:rFonts w:ascii="Times New Roman" w:hAnsi="Times New Roman" w:cs="Times New Roman"/>
          <w:b/>
          <w:color w:val="C0504D"/>
          <w:sz w:val="17"/>
        </w:rPr>
        <w:t>Mühendisliği</w:t>
      </w:r>
      <w:proofErr w:type="spellEnd"/>
      <w:r w:rsidRPr="0065169E">
        <w:rPr>
          <w:rFonts w:ascii="Times New Roman" w:hAnsi="Times New Roman" w:cs="Times New Roman"/>
          <w:b/>
          <w:color w:val="C0504D"/>
          <w:sz w:val="17"/>
        </w:rPr>
        <w:t xml:space="preserve"> </w:t>
      </w:r>
      <w:proofErr w:type="spellStart"/>
      <w:r w:rsidRPr="0065169E">
        <w:rPr>
          <w:rFonts w:ascii="Times New Roman" w:hAnsi="Times New Roman" w:cs="Times New Roman"/>
          <w:b/>
          <w:color w:val="C0504D"/>
          <w:sz w:val="17"/>
        </w:rPr>
        <w:t>mezunu</w:t>
      </w:r>
      <w:proofErr w:type="spellEnd"/>
      <w:r w:rsidRPr="0065169E">
        <w:rPr>
          <w:rFonts w:ascii="Times New Roman" w:hAnsi="Times New Roman" w:cs="Times New Roman"/>
          <w:b/>
          <w:color w:val="C0504D"/>
          <w:sz w:val="17"/>
        </w:rPr>
        <w:t xml:space="preserve"> </w:t>
      </w:r>
      <w:proofErr w:type="spellStart"/>
      <w:r w:rsidRPr="0065169E">
        <w:rPr>
          <w:rFonts w:ascii="Times New Roman" w:hAnsi="Times New Roman" w:cs="Times New Roman"/>
          <w:b/>
          <w:color w:val="C0504D"/>
          <w:sz w:val="17"/>
        </w:rPr>
        <w:t>çalışan</w:t>
      </w:r>
      <w:proofErr w:type="spellEnd"/>
      <w:r w:rsidRPr="0065169E">
        <w:rPr>
          <w:rFonts w:ascii="Times New Roman" w:hAnsi="Times New Roman" w:cs="Times New Roman"/>
          <w:b/>
          <w:color w:val="C0504D"/>
          <w:sz w:val="17"/>
        </w:rPr>
        <w:t xml:space="preserve"> </w:t>
      </w:r>
      <w:proofErr w:type="spellStart"/>
      <w:r w:rsidRPr="0065169E">
        <w:rPr>
          <w:rFonts w:ascii="Times New Roman" w:hAnsi="Times New Roman" w:cs="Times New Roman"/>
          <w:b/>
          <w:color w:val="C0504D"/>
          <w:sz w:val="17"/>
        </w:rPr>
        <w:t>bulunmuyorsa</w:t>
      </w:r>
      <w:proofErr w:type="spellEnd"/>
      <w:r w:rsidRPr="0065169E">
        <w:rPr>
          <w:rFonts w:ascii="Times New Roman" w:hAnsi="Times New Roman" w:cs="Times New Roman"/>
          <w:b/>
          <w:color w:val="C0504D"/>
          <w:sz w:val="17"/>
        </w:rPr>
        <w:t xml:space="preserve"> bu bölümü boş bırakınız.</w:t>
      </w:r>
    </w:p>
    <w:p w14:paraId="0EFD2055" w14:textId="77777777" w:rsidR="00934817" w:rsidRPr="0065169E" w:rsidRDefault="00000000">
      <w:pPr>
        <w:spacing w:after="80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  <w:sz w:val="17"/>
        </w:rPr>
        <w:t xml:space="preserve">Aşağıdaki ifadeleri şu ölçeğe göre değerlendiriniz:  </w:t>
      </w:r>
      <w:r w:rsidRPr="0065169E">
        <w:rPr>
          <w:rFonts w:ascii="Times New Roman" w:hAnsi="Times New Roman" w:cs="Times New Roman"/>
          <w:b/>
          <w:sz w:val="17"/>
        </w:rPr>
        <w:t>1: Çok Düşük   2: Düşük   3: Orta   4: Yüksek   5: Çok Yüksek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595"/>
        <w:gridCol w:w="595"/>
        <w:gridCol w:w="595"/>
        <w:gridCol w:w="595"/>
        <w:gridCol w:w="595"/>
      </w:tblGrid>
      <w:tr w:rsidR="00934817" w:rsidRPr="0065169E" w14:paraId="509C3890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4E6327C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8. Mezunlarımız ne ölçüde lisans eğitimleriyle ilişkili alanlarda çalışmaktadır?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E2BA746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BBCF562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B1E78FC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B1420DB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E3D4C13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35EF53C1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432C6FB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9. Mezunlarımız genel olarak kurumunuzun beklentilerini ne ölçüde karşılamaktadır?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B08366A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51C794C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0660498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54CB0698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BC8EB16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2AF85D3F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96CE5C3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10. Mezunlarımız mesleki altyapıları açısından kurumunuzun beklentilerini ne ölçüde karşılamaktadır?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1B72ABB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AEF06F4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EEA68E7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51C72A7A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60B56BE0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6342CF62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51E10CE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11. Mezunlarımız ne ölçüde proje geliştirme ve yürütme becerisine sahiptir?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D777D49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C0E3A2E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8DAB653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9917029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B889EDA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4569CF4D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51AD9AA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12. Mezunlarımız ne ölçüde disiplinler arası çalışma becerisine sahiptir?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421D1A49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1863FF4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465060E3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4A1B803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B1D12E0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4BD178E7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7429218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13. Mezunlarımız proje paydaşlarıyla ne ölçüde etkili iletişim kurabilmektedir?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FEB6362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4507714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DF4F0E4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8CA1E43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CF7DC75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73252F19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E180E42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14. Mezunlarımız bir projenin teknik şartnamesini hazırlamak için gereken becerilere ne ölçüde sahiptir?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BE7D9BC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4898E061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BE4D656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4FF66B4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5513C97A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03B07BFE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48CD3DB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15. Mezunlarımız bir proje şartnamesine teknik cevap hazırlamak için gereken becerilere ne ölçüde sahiptir?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59A86979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CE33CF8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4A6D328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EFF6FF0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18760BD4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  <w:tr w:rsidR="00934817" w:rsidRPr="0065169E" w14:paraId="0F3CCE06" w14:textId="77777777" w:rsidTr="0065169E">
        <w:trPr>
          <w:cantSplit/>
          <w:jc w:val="center"/>
        </w:trPr>
        <w:tc>
          <w:tcPr>
            <w:tcW w:w="7483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49166B0" w14:textId="77777777" w:rsidR="00934817" w:rsidRPr="0065169E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16"/>
              </w:rPr>
              <w:t>16. Mezunlarımız ne ölçüde yeni beceriler edinebilmekte ve karşılaştıkları sorunlara çözüm üretebilmektedir?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91D363D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70B6CD39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2FEC08B5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0D16CB1E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  <w:tc>
          <w:tcPr>
            <w:tcW w:w="595" w:type="dxa"/>
            <w:tcBorders>
              <w:top w:val="single" w:sz="4" w:space="0" w:color="D9E1F2"/>
              <w:left w:val="single" w:sz="4" w:space="0" w:color="D9E1F2"/>
              <w:bottom w:val="single" w:sz="4" w:space="0" w:color="D9E1F2"/>
              <w:right w:val="single" w:sz="4" w:space="0" w:color="D9E1F2"/>
            </w:tcBorders>
            <w:vAlign w:val="center"/>
          </w:tcPr>
          <w:p w14:paraId="3E7AFCB0" w14:textId="77777777" w:rsidR="00934817" w:rsidRPr="0065169E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169E">
              <w:rPr>
                <w:rFonts w:ascii="Times New Roman" w:hAnsi="Times New Roman" w:cs="Times New Roman"/>
                <w:sz w:val="22"/>
              </w:rPr>
              <w:t>○</w:t>
            </w:r>
          </w:p>
        </w:tc>
      </w:tr>
    </w:tbl>
    <w:p w14:paraId="2AB866BE" w14:textId="77777777" w:rsidR="00934817" w:rsidRPr="0065169E" w:rsidRDefault="00000000">
      <w:pPr>
        <w:spacing w:before="140" w:after="0"/>
        <w:jc w:val="center"/>
        <w:rPr>
          <w:rFonts w:ascii="Times New Roman" w:hAnsi="Times New Roman" w:cs="Times New Roman"/>
        </w:rPr>
      </w:pPr>
      <w:r w:rsidRPr="0065169E">
        <w:rPr>
          <w:rFonts w:ascii="Times New Roman" w:hAnsi="Times New Roman" w:cs="Times New Roman"/>
          <w:b/>
          <w:sz w:val="19"/>
        </w:rPr>
        <w:t>Anketi doldurduğunuz için teşekkür ederiz.</w:t>
      </w:r>
    </w:p>
    <w:sectPr w:rsidR="00934817" w:rsidRPr="0065169E" w:rsidSect="00034616">
      <w:pgSz w:w="12240" w:h="15840"/>
      <w:pgMar w:top="567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8173528">
    <w:abstractNumId w:val="8"/>
  </w:num>
  <w:num w:numId="2" w16cid:durableId="345400626">
    <w:abstractNumId w:val="6"/>
  </w:num>
  <w:num w:numId="3" w16cid:durableId="554857196">
    <w:abstractNumId w:val="5"/>
  </w:num>
  <w:num w:numId="4" w16cid:durableId="2015918845">
    <w:abstractNumId w:val="4"/>
  </w:num>
  <w:num w:numId="5" w16cid:durableId="2084796715">
    <w:abstractNumId w:val="7"/>
  </w:num>
  <w:num w:numId="6" w16cid:durableId="766583737">
    <w:abstractNumId w:val="3"/>
  </w:num>
  <w:num w:numId="7" w16cid:durableId="736443320">
    <w:abstractNumId w:val="2"/>
  </w:num>
  <w:num w:numId="8" w16cid:durableId="1919511670">
    <w:abstractNumId w:val="1"/>
  </w:num>
  <w:num w:numId="9" w16cid:durableId="423035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26D5"/>
    <w:rsid w:val="0065169E"/>
    <w:rsid w:val="00652735"/>
    <w:rsid w:val="00934817"/>
    <w:rsid w:val="00A14DD8"/>
    <w:rsid w:val="00AA1D8D"/>
    <w:rsid w:val="00B47730"/>
    <w:rsid w:val="00CB0664"/>
    <w:rsid w:val="00E86A57"/>
    <w:rsid w:val="00F16E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C9BDAD"/>
  <w14:defaultImageDpi w14:val="300"/>
  <w15:docId w15:val="{79621CD9-D9EC-452E-974F-E78A2972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keepNext/>
      <w:spacing w:before="80" w:after="40"/>
    </w:pPr>
    <w:rPr>
      <w:rFonts w:ascii="Arial" w:hAnsi="Arial"/>
      <w:b/>
      <w:sz w:val="18"/>
    </w:rPr>
  </w:style>
  <w:style w:type="paragraph" w:customStyle="1" w:styleId="Instruction">
    <w:name w:val="Instruction"/>
    <w:pPr>
      <w:keepNext/>
      <w:spacing w:after="20"/>
    </w:pPr>
    <w:rPr>
      <w:rFonts w:ascii="Arial" w:hAnsi="Arial"/>
      <w:i/>
      <w:color w:val="5F5F5F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Taha ARDOĞAN</cp:lastModifiedBy>
  <cp:revision>4</cp:revision>
  <dcterms:created xsi:type="dcterms:W3CDTF">2013-12-23T23:15:00Z</dcterms:created>
  <dcterms:modified xsi:type="dcterms:W3CDTF">2026-09-16T13:25:00Z</dcterms:modified>
  <cp:category/>
</cp:coreProperties>
</file>